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EB34" w14:textId="77777777" w:rsidR="008169D1" w:rsidRDefault="00D45869">
      <w:pPr>
        <w:jc w:val="center"/>
      </w:pPr>
      <w:r>
        <w:rPr>
          <w:b/>
          <w:color w:val="0066CC"/>
          <w:sz w:val="32"/>
        </w:rPr>
        <w:t>GAMMA INTERNATIONAL COLLEGE</w:t>
      </w:r>
      <w:r>
        <w:rPr>
          <w:b/>
          <w:color w:val="0066CC"/>
          <w:sz w:val="32"/>
        </w:rPr>
        <w:br/>
      </w:r>
      <w:r>
        <w:rPr>
          <w:b/>
          <w:color w:val="0080B4"/>
          <w:sz w:val="56"/>
        </w:rPr>
        <w:t>KG1 Supply List</w:t>
      </w:r>
    </w:p>
    <w:p w14:paraId="301D0827" w14:textId="29074323" w:rsidR="008169D1" w:rsidRDefault="00D45869">
      <w:pPr>
        <w:jc w:val="center"/>
      </w:pPr>
      <w:r>
        <w:rPr>
          <w:b/>
          <w:color w:val="DC322F"/>
        </w:rPr>
        <w:t xml:space="preserve">Please label </w:t>
      </w:r>
      <w:r w:rsidR="003C2BC7">
        <w:rPr>
          <w:rFonts w:hint="cs"/>
          <w:b/>
          <w:color w:val="DC322F"/>
        </w:rPr>
        <w:t>each item in the supplies</w:t>
      </w:r>
      <w:r>
        <w:rPr>
          <w:b/>
          <w:color w:val="DC322F"/>
        </w:rPr>
        <w:t xml:space="preserve"> with the student's name</w:t>
      </w:r>
      <w:r w:rsidR="003E336A">
        <w:rPr>
          <w:rFonts w:hint="cs"/>
          <w:b/>
          <w:color w:val="DC322F"/>
        </w:rPr>
        <w:t xml:space="preserve"> and </w:t>
      </w:r>
      <w:r w:rsidR="00CA458B">
        <w:rPr>
          <w:rFonts w:hint="cs"/>
          <w:b/>
          <w:color w:val="DC322F"/>
        </w:rPr>
        <w:t>send them in a large plastic box 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1684"/>
        <w:gridCol w:w="4656"/>
      </w:tblGrid>
      <w:tr w:rsidR="008169D1" w14:paraId="78763A22" w14:textId="77777777" w:rsidTr="003F0864">
        <w:trPr>
          <w:jc w:val="center"/>
        </w:trPr>
        <w:tc>
          <w:tcPr>
            <w:tcW w:w="1775" w:type="dxa"/>
            <w:shd w:val="clear" w:color="auto" w:fill="B7E3F8"/>
            <w:vAlign w:val="center"/>
          </w:tcPr>
          <w:p w14:paraId="64CE86F9" w14:textId="77777777" w:rsidR="008169D1" w:rsidRDefault="00D45869">
            <w:pPr>
              <w:jc w:val="center"/>
            </w:pPr>
            <w:r>
              <w:rPr>
                <w:b/>
                <w:sz w:val="24"/>
              </w:rPr>
              <w:t>🧸 Item</w:t>
            </w:r>
          </w:p>
        </w:tc>
        <w:tc>
          <w:tcPr>
            <w:tcW w:w="1684" w:type="dxa"/>
            <w:shd w:val="clear" w:color="auto" w:fill="B7E3F8"/>
            <w:vAlign w:val="center"/>
          </w:tcPr>
          <w:p w14:paraId="621CF13F" w14:textId="77777777" w:rsidR="008169D1" w:rsidRDefault="00D45869">
            <w:pPr>
              <w:jc w:val="center"/>
            </w:pPr>
            <w:r>
              <w:rPr>
                <w:b/>
                <w:sz w:val="24"/>
              </w:rPr>
              <w:t>🔢 Quantity</w:t>
            </w:r>
          </w:p>
        </w:tc>
        <w:tc>
          <w:tcPr>
            <w:tcW w:w="1457" w:type="dxa"/>
            <w:shd w:val="clear" w:color="auto" w:fill="B7E3F8"/>
            <w:vAlign w:val="center"/>
          </w:tcPr>
          <w:p w14:paraId="0B5FE238" w14:textId="77777777" w:rsidR="008169D1" w:rsidRDefault="00D45869">
            <w:pPr>
              <w:jc w:val="center"/>
            </w:pPr>
            <w:r>
              <w:rPr>
                <w:b/>
                <w:sz w:val="24"/>
              </w:rPr>
              <w:t>🖼️ Image</w:t>
            </w:r>
          </w:p>
        </w:tc>
      </w:tr>
      <w:tr w:rsidR="008169D1" w14:paraId="282244FE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6AA1289A" w14:textId="69B34352" w:rsidR="008169D1" w:rsidRDefault="000A459D">
            <w:r>
              <w:t>Pencils</w:t>
            </w:r>
            <w:r w:rsidR="00CB7074">
              <w:t xml:space="preserve"> ( Faber castell HB)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439F9EB2" w14:textId="62F81733" w:rsidR="008169D1" w:rsidRDefault="000A459D">
            <w:r>
              <w:t>3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5D97EB14" w14:textId="77777777" w:rsidR="008169D1" w:rsidRDefault="008169D1"/>
        </w:tc>
      </w:tr>
      <w:tr w:rsidR="008169D1" w14:paraId="35C7AD36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45BD9F3D" w14:textId="29694845" w:rsidR="008169D1" w:rsidRDefault="003D2645">
            <w:r>
              <w:t>E</w:t>
            </w:r>
            <w:r w:rsidR="00420599">
              <w:t xml:space="preserve">rasers </w:t>
            </w:r>
            <w:r w:rsidR="00CB7074">
              <w:t>(Faber castell)</w:t>
            </w:r>
          </w:p>
        </w:tc>
        <w:tc>
          <w:tcPr>
            <w:tcW w:w="1684" w:type="dxa"/>
            <w:vAlign w:val="center"/>
          </w:tcPr>
          <w:p w14:paraId="1692AE45" w14:textId="4952AF95" w:rsidR="008169D1" w:rsidRDefault="00420599">
            <w:r>
              <w:t>3</w:t>
            </w:r>
          </w:p>
        </w:tc>
        <w:tc>
          <w:tcPr>
            <w:tcW w:w="1457" w:type="dxa"/>
            <w:vAlign w:val="center"/>
          </w:tcPr>
          <w:p w14:paraId="14344F02" w14:textId="77777777" w:rsidR="008169D1" w:rsidRDefault="008169D1"/>
        </w:tc>
      </w:tr>
      <w:tr w:rsidR="008169D1" w14:paraId="2FB43AA2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484CADE9" w14:textId="6C68AB75" w:rsidR="008169D1" w:rsidRDefault="00324F53">
            <w:r>
              <w:t>Sharpener</w:t>
            </w:r>
            <w:r w:rsidR="00D45869">
              <w:t>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40B88D73" w14:textId="068696C7" w:rsidR="008169D1" w:rsidRDefault="00D45869">
            <w:r>
              <w:t>2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3174B66" w14:textId="5C11F7E1" w:rsidR="008169D1" w:rsidRDefault="008169D1"/>
        </w:tc>
      </w:tr>
      <w:tr w:rsidR="008169D1" w14:paraId="7A5384BB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497CA09F" w14:textId="77777777" w:rsidR="008169D1" w:rsidRDefault="00B645DC">
            <w:r>
              <w:t>Bottles of</w:t>
            </w:r>
          </w:p>
          <w:p w14:paraId="7E635B83" w14:textId="77777777" w:rsidR="00B645DC" w:rsidRDefault="00B645DC"/>
          <w:p w14:paraId="68563026" w14:textId="77777777" w:rsidR="00B645DC" w:rsidRDefault="00B645DC">
            <w:r>
              <w:t>Kouratol or</w:t>
            </w:r>
          </w:p>
          <w:p w14:paraId="124E9033" w14:textId="77777777" w:rsidR="00B645DC" w:rsidRDefault="00B645DC"/>
          <w:p w14:paraId="70E6146F" w14:textId="77777777" w:rsidR="00B645DC" w:rsidRDefault="00B645DC">
            <w:r>
              <w:t>Primo liquid</w:t>
            </w:r>
          </w:p>
          <w:p w14:paraId="4549DE05" w14:textId="77777777" w:rsidR="00B645DC" w:rsidRDefault="00B645DC"/>
          <w:p w14:paraId="6E75282D" w14:textId="77777777" w:rsidR="00B645DC" w:rsidRDefault="00B645DC">
            <w:r>
              <w:t>gouache color</w:t>
            </w:r>
          </w:p>
          <w:p w14:paraId="303A23A2" w14:textId="3DD74BB8" w:rsidR="00B645DC" w:rsidRDefault="00B645DC"/>
        </w:tc>
        <w:tc>
          <w:tcPr>
            <w:tcW w:w="1684" w:type="dxa"/>
            <w:vAlign w:val="center"/>
          </w:tcPr>
          <w:p w14:paraId="4175D2F8" w14:textId="7AA3D485" w:rsidR="008169D1" w:rsidRDefault="00444A92">
            <w:r>
              <w:t>3</w:t>
            </w:r>
          </w:p>
        </w:tc>
        <w:tc>
          <w:tcPr>
            <w:tcW w:w="1457" w:type="dxa"/>
            <w:vAlign w:val="center"/>
          </w:tcPr>
          <w:p w14:paraId="2E6C4DC1" w14:textId="5E449D69" w:rsidR="008169D1" w:rsidRDefault="008169D1">
            <w:pPr>
              <w:rPr>
                <w:rtl/>
              </w:rPr>
            </w:pPr>
          </w:p>
          <w:p w14:paraId="2A04B725" w14:textId="0957B384" w:rsidR="005932D1" w:rsidRDefault="005932D1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80C093" wp14:editId="5A7A0E14">
                  <wp:simplePos x="0" y="0"/>
                  <wp:positionH relativeFrom="column">
                    <wp:posOffset>-1355090</wp:posOffset>
                  </wp:positionH>
                  <wp:positionV relativeFrom="paragraph">
                    <wp:posOffset>138430</wp:posOffset>
                  </wp:positionV>
                  <wp:extent cx="2216785" cy="1297305"/>
                  <wp:effectExtent l="0" t="0" r="0" b="0"/>
                  <wp:wrapTopAndBottom/>
                  <wp:docPr id="2706663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666339" name="Picture 270666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6BEA06" w14:textId="77777777" w:rsidR="005932D1" w:rsidRDefault="005932D1">
            <w:pPr>
              <w:rPr>
                <w:rtl/>
              </w:rPr>
            </w:pPr>
          </w:p>
          <w:p w14:paraId="19BAEC74" w14:textId="385F4AB4" w:rsidR="005932D1" w:rsidRDefault="005932D1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48B11F8" wp14:editId="1F65856D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161925</wp:posOffset>
                  </wp:positionV>
                  <wp:extent cx="2118360" cy="785495"/>
                  <wp:effectExtent l="0" t="0" r="0" b="0"/>
                  <wp:wrapTopAndBottom/>
                  <wp:docPr id="15573683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368389" name="Picture 15573683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6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601E5D" w14:textId="77777777" w:rsidR="005932D1" w:rsidRDefault="005932D1">
            <w:pPr>
              <w:rPr>
                <w:rtl/>
              </w:rPr>
            </w:pPr>
          </w:p>
          <w:p w14:paraId="2C08F92E" w14:textId="77777777" w:rsidR="005932D1" w:rsidRDefault="005932D1">
            <w:pPr>
              <w:rPr>
                <w:rtl/>
              </w:rPr>
            </w:pPr>
          </w:p>
          <w:p w14:paraId="58D2C05C" w14:textId="77777777" w:rsidR="005932D1" w:rsidRDefault="005932D1">
            <w:pPr>
              <w:rPr>
                <w:rtl/>
              </w:rPr>
            </w:pPr>
          </w:p>
          <w:p w14:paraId="7F3FBB36" w14:textId="77777777" w:rsidR="005932D1" w:rsidRDefault="005932D1">
            <w:pPr>
              <w:rPr>
                <w:rtl/>
              </w:rPr>
            </w:pPr>
          </w:p>
          <w:p w14:paraId="0FA0294C" w14:textId="77777777" w:rsidR="005932D1" w:rsidRDefault="005932D1">
            <w:pPr>
              <w:rPr>
                <w:rtl/>
              </w:rPr>
            </w:pPr>
          </w:p>
          <w:p w14:paraId="1FCF8EB6" w14:textId="77777777" w:rsidR="005932D1" w:rsidRDefault="005932D1">
            <w:pPr>
              <w:rPr>
                <w:rtl/>
              </w:rPr>
            </w:pPr>
          </w:p>
          <w:p w14:paraId="65A4F809" w14:textId="2E8D3E44" w:rsidR="007334D2" w:rsidRDefault="007334D2" w:rsidP="005C659E">
            <w:pPr>
              <w:rPr>
                <w:rtl/>
              </w:rPr>
            </w:pPr>
          </w:p>
          <w:p w14:paraId="602B5B1E" w14:textId="6899C3F3" w:rsidR="007334D2" w:rsidRDefault="007334D2"/>
        </w:tc>
      </w:tr>
      <w:tr w:rsidR="008169D1" w14:paraId="0EB7E891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7117FD48" w14:textId="728063EF" w:rsidR="008169D1" w:rsidRDefault="000041E3">
            <w:r>
              <w:t>Apron with long sleeves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405C9D08" w14:textId="4286BAEA" w:rsidR="008169D1" w:rsidRDefault="000041E3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C0108B5" w14:textId="77777777" w:rsidR="008169D1" w:rsidRDefault="008169D1"/>
        </w:tc>
      </w:tr>
      <w:tr w:rsidR="008169D1" w14:paraId="47A5E12F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4061A9DD" w14:textId="4395A0AA" w:rsidR="008169D1" w:rsidRDefault="00E209F5">
            <w:r>
              <w:t>Spare outfit</w:t>
            </w:r>
          </w:p>
        </w:tc>
        <w:tc>
          <w:tcPr>
            <w:tcW w:w="1684" w:type="dxa"/>
            <w:vAlign w:val="center"/>
          </w:tcPr>
          <w:p w14:paraId="7DBE5D0C" w14:textId="5E41618A" w:rsidR="008169D1" w:rsidRDefault="00E209F5">
            <w:r>
              <w:t>1</w:t>
            </w:r>
          </w:p>
        </w:tc>
        <w:tc>
          <w:tcPr>
            <w:tcW w:w="1457" w:type="dxa"/>
            <w:vAlign w:val="center"/>
          </w:tcPr>
          <w:p w14:paraId="0B04866E" w14:textId="77777777" w:rsidR="008169D1" w:rsidRDefault="008169D1"/>
        </w:tc>
      </w:tr>
      <w:tr w:rsidR="008169D1" w14:paraId="0C403797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41BC9CE5" w14:textId="50F9C013" w:rsidR="008169D1" w:rsidRDefault="00902A17">
            <w:r>
              <w:lastRenderedPageBreak/>
              <w:t>Sponges set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7BDBC857" w14:textId="199FA099" w:rsidR="008169D1" w:rsidRDefault="00902A17">
            <w:r>
              <w:t>1</w:t>
            </w:r>
            <w:r w:rsidR="00572F08">
              <w:t xml:space="preserve">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9A1B8ED" w14:textId="5F04BE48" w:rsidR="008169D1" w:rsidRDefault="007D750A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404B948" wp14:editId="7B25778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-1170940</wp:posOffset>
                  </wp:positionV>
                  <wp:extent cx="1830705" cy="1162050"/>
                  <wp:effectExtent l="0" t="0" r="0" b="0"/>
                  <wp:wrapTopAndBottom/>
                  <wp:docPr id="3431338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33804" name="Picture 3431338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70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3E4669C1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16A14704" w14:textId="549AB7F8" w:rsidR="008169D1" w:rsidRDefault="00D554CC">
            <w:r>
              <w:t xml:space="preserve">Small </w:t>
            </w:r>
            <w:r w:rsidR="00166A1F">
              <w:t xml:space="preserve">glue sticks </w:t>
            </w:r>
          </w:p>
        </w:tc>
        <w:tc>
          <w:tcPr>
            <w:tcW w:w="1684" w:type="dxa"/>
            <w:vAlign w:val="center"/>
          </w:tcPr>
          <w:p w14:paraId="442E2FE8" w14:textId="7C2CB9C0" w:rsidR="008169D1" w:rsidRDefault="00D554CC">
            <w:r>
              <w:t>10</w:t>
            </w:r>
          </w:p>
        </w:tc>
        <w:tc>
          <w:tcPr>
            <w:tcW w:w="1457" w:type="dxa"/>
            <w:vAlign w:val="center"/>
          </w:tcPr>
          <w:p w14:paraId="3AF0ADC0" w14:textId="77777777" w:rsidR="008169D1" w:rsidRDefault="008169D1"/>
        </w:tc>
      </w:tr>
      <w:tr w:rsidR="008169D1" w14:paraId="385AEFEA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2E53E423" w14:textId="6B9018B6" w:rsidR="008169D1" w:rsidRDefault="00030047">
            <w:r>
              <w:t>Display file with 200 sheets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363D014" w14:textId="1210E8F8" w:rsidR="008169D1" w:rsidRDefault="00030047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7328668" w14:textId="6307BA17" w:rsidR="008169D1" w:rsidRDefault="00D038AC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A7ADFFE" wp14:editId="093AEFD4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154305</wp:posOffset>
                  </wp:positionV>
                  <wp:extent cx="2812415" cy="2804160"/>
                  <wp:effectExtent l="0" t="0" r="6985" b="0"/>
                  <wp:wrapTopAndBottom/>
                  <wp:docPr id="4770586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58651" name="Picture 4770586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415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6BC1476B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13B2BD53" w14:textId="62F8D4F7" w:rsidR="008169D1" w:rsidRDefault="00BE309E">
            <w:r>
              <w:t>U shaped files</w:t>
            </w:r>
          </w:p>
        </w:tc>
        <w:tc>
          <w:tcPr>
            <w:tcW w:w="1684" w:type="dxa"/>
            <w:vAlign w:val="center"/>
          </w:tcPr>
          <w:p w14:paraId="4B15E069" w14:textId="6E59A5B1" w:rsidR="008169D1" w:rsidRDefault="00BE309E">
            <w:r>
              <w:t>1 pack</w:t>
            </w:r>
          </w:p>
        </w:tc>
        <w:tc>
          <w:tcPr>
            <w:tcW w:w="1457" w:type="dxa"/>
            <w:vAlign w:val="center"/>
          </w:tcPr>
          <w:p w14:paraId="214EEC05" w14:textId="77777777" w:rsidR="008169D1" w:rsidRDefault="008169D1"/>
        </w:tc>
      </w:tr>
      <w:tr w:rsidR="008169D1" w14:paraId="4044DC9E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70DDB846" w14:textId="223FE681" w:rsidR="008169D1" w:rsidRPr="00CF1299" w:rsidRDefault="00620B9F">
            <w:pPr>
              <w:rPr>
                <w:i/>
                <w:iCs/>
              </w:rPr>
            </w:pPr>
            <w:r>
              <w:t>Zipped file</w:t>
            </w:r>
            <w:r w:rsidR="00CF1299">
              <w:t>/ big size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04F33E8F" w14:textId="2D4A35BA" w:rsidR="008169D1" w:rsidRDefault="00CF1299">
            <w:r>
              <w:t>3 ( 2 red and 1 blue )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2B3A16F" w14:textId="76D88895" w:rsidR="008169D1" w:rsidRDefault="00F42EC6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BFCA630" wp14:editId="1300380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323215</wp:posOffset>
                  </wp:positionV>
                  <wp:extent cx="2524760" cy="1858010"/>
                  <wp:effectExtent l="0" t="0" r="8890" b="8890"/>
                  <wp:wrapTopAndBottom/>
                  <wp:docPr id="6275958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595825" name="Picture 6275958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760" cy="18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643414D5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2CD06335" w14:textId="12A66F3B" w:rsidR="008169D1" w:rsidRDefault="00F6488C">
            <w:r>
              <w:t>Play dough</w:t>
            </w:r>
          </w:p>
        </w:tc>
        <w:tc>
          <w:tcPr>
            <w:tcW w:w="1684" w:type="dxa"/>
            <w:vAlign w:val="center"/>
          </w:tcPr>
          <w:p w14:paraId="517AAF83" w14:textId="3B1B8885" w:rsidR="008169D1" w:rsidRDefault="00B661E7">
            <w:r>
              <w:t>3</w:t>
            </w:r>
            <w:r w:rsidR="00F6488C">
              <w:t xml:space="preserve"> packs</w:t>
            </w:r>
          </w:p>
        </w:tc>
        <w:tc>
          <w:tcPr>
            <w:tcW w:w="1457" w:type="dxa"/>
            <w:vAlign w:val="center"/>
          </w:tcPr>
          <w:p w14:paraId="6AAC0476" w14:textId="77777777" w:rsidR="008169D1" w:rsidRDefault="008169D1"/>
        </w:tc>
      </w:tr>
      <w:tr w:rsidR="008169D1" w14:paraId="18E15649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3D1013C9" w14:textId="36932FCF" w:rsidR="008169D1" w:rsidRDefault="00E106DB">
            <w:r>
              <w:lastRenderedPageBreak/>
              <w:t>Googly eyes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2CD3C8C8" w14:textId="0069752B" w:rsidR="008169D1" w:rsidRDefault="00A27B25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53CA746D" w14:textId="77777777" w:rsidR="008169D1" w:rsidRDefault="008169D1"/>
        </w:tc>
      </w:tr>
      <w:tr w:rsidR="008169D1" w14:paraId="3ABB7528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17B7FC73" w14:textId="03120FD2" w:rsidR="008169D1" w:rsidRDefault="00BD3D3B">
            <w:r>
              <w:t>Mini white board</w:t>
            </w:r>
          </w:p>
        </w:tc>
        <w:tc>
          <w:tcPr>
            <w:tcW w:w="1684" w:type="dxa"/>
            <w:vAlign w:val="center"/>
          </w:tcPr>
          <w:p w14:paraId="085C77A9" w14:textId="66F58D14" w:rsidR="008169D1" w:rsidRDefault="00BD3D3B">
            <w:r>
              <w:t>1</w:t>
            </w:r>
          </w:p>
        </w:tc>
        <w:tc>
          <w:tcPr>
            <w:tcW w:w="1457" w:type="dxa"/>
            <w:vAlign w:val="center"/>
          </w:tcPr>
          <w:p w14:paraId="5E67447E" w14:textId="77777777" w:rsidR="008169D1" w:rsidRDefault="008169D1"/>
        </w:tc>
      </w:tr>
      <w:tr w:rsidR="008169D1" w14:paraId="61E0DA2D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448A6223" w14:textId="15DFD22E" w:rsidR="008169D1" w:rsidRDefault="00CD7263">
            <w:r>
              <w:t>White board marker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0BE3B40E" w14:textId="468EDC31" w:rsidR="008169D1" w:rsidRDefault="00CD7263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97F40AC" w14:textId="77777777" w:rsidR="008169D1" w:rsidRDefault="008169D1"/>
        </w:tc>
      </w:tr>
      <w:tr w:rsidR="008169D1" w14:paraId="5F87DB33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0A1EEC6F" w14:textId="638DF26F" w:rsidR="008169D1" w:rsidRDefault="00CD7263">
            <w:r>
              <w:t>White board duster</w:t>
            </w:r>
          </w:p>
        </w:tc>
        <w:tc>
          <w:tcPr>
            <w:tcW w:w="1684" w:type="dxa"/>
            <w:vAlign w:val="center"/>
          </w:tcPr>
          <w:p w14:paraId="5F610A01" w14:textId="579A7EE3" w:rsidR="008169D1" w:rsidRDefault="00CD7263">
            <w:r>
              <w:t>1</w:t>
            </w:r>
          </w:p>
        </w:tc>
        <w:tc>
          <w:tcPr>
            <w:tcW w:w="1457" w:type="dxa"/>
            <w:vAlign w:val="center"/>
          </w:tcPr>
          <w:p w14:paraId="28C9C499" w14:textId="77777777" w:rsidR="008169D1" w:rsidRDefault="008169D1"/>
        </w:tc>
      </w:tr>
      <w:tr w:rsidR="008169D1" w14:paraId="75DA2512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79F12783" w14:textId="4C7F563A" w:rsidR="008169D1" w:rsidRDefault="00B1617A">
            <w:r>
              <w:t>Paint brushes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3385D3B0" w14:textId="30333851" w:rsidR="008169D1" w:rsidRDefault="00B1617A">
            <w:r>
              <w:t>1 set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016CD99" w14:textId="24469DB0" w:rsidR="008169D1" w:rsidRDefault="00655E16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41C3CDB" wp14:editId="42F21323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286385</wp:posOffset>
                  </wp:positionV>
                  <wp:extent cx="2184400" cy="1560195"/>
                  <wp:effectExtent l="0" t="0" r="6350" b="1905"/>
                  <wp:wrapTopAndBottom/>
                  <wp:docPr id="19397205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720544" name="Picture 19397205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05E1B315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5DC9CC00" w14:textId="77777777" w:rsidR="008169D1" w:rsidRDefault="0019690E">
            <w:r>
              <w:t>Wooden Color</w:t>
            </w:r>
          </w:p>
          <w:p w14:paraId="2E11BD20" w14:textId="77777777" w:rsidR="0019690E" w:rsidRDefault="0019690E"/>
          <w:p w14:paraId="4CCD101C" w14:textId="44266CC8" w:rsidR="0019690E" w:rsidRDefault="0019690E" w:rsidP="0019690E">
            <w:r>
              <w:t>pencils ( big size )</w:t>
            </w:r>
          </w:p>
        </w:tc>
        <w:tc>
          <w:tcPr>
            <w:tcW w:w="1684" w:type="dxa"/>
            <w:vAlign w:val="center"/>
          </w:tcPr>
          <w:p w14:paraId="71EFE3A7" w14:textId="74A0E836" w:rsidR="008169D1" w:rsidRDefault="008F4021">
            <w:r>
              <w:rPr>
                <w:rFonts w:hint="cs"/>
              </w:rPr>
              <w:t>1 Pack</w:t>
            </w:r>
          </w:p>
        </w:tc>
        <w:tc>
          <w:tcPr>
            <w:tcW w:w="1457" w:type="dxa"/>
            <w:vAlign w:val="center"/>
          </w:tcPr>
          <w:p w14:paraId="1AFD6393" w14:textId="60D38949" w:rsidR="008169D1" w:rsidRDefault="00266EA8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E468F5C" wp14:editId="0C5C8D4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402590</wp:posOffset>
                  </wp:positionV>
                  <wp:extent cx="1749425" cy="1153795"/>
                  <wp:effectExtent l="0" t="0" r="3175" b="8255"/>
                  <wp:wrapTopAndBottom/>
                  <wp:docPr id="5291344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134499" name="Picture 5291344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1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6AD5844A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3E9FD457" w14:textId="32156505" w:rsidR="008169D1" w:rsidRDefault="00B470A9">
            <w:r>
              <w:t>Foam glitter A4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14A1F1CA" w14:textId="0B1C8C38" w:rsidR="008169D1" w:rsidRDefault="00B470A9">
            <w:r>
              <w:t>2 packs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23C5803E" w14:textId="7372C619" w:rsidR="008169D1" w:rsidRDefault="0020436D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526AB30" wp14:editId="22D8CA1D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163195</wp:posOffset>
                  </wp:positionV>
                  <wp:extent cx="2155190" cy="2155190"/>
                  <wp:effectExtent l="0" t="0" r="0" b="0"/>
                  <wp:wrapTopAndBottom/>
                  <wp:docPr id="203235079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350795" name="Picture 20323507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190" cy="215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2B18D7B2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1C410CD0" w14:textId="6DEA381B" w:rsidR="008169D1" w:rsidRDefault="008A2B1F" w:rsidP="008A2B1F">
            <w:r>
              <w:t xml:space="preserve">Regular foam A4 ( non </w:t>
            </w:r>
            <w:r w:rsidR="00424271">
              <w:t>glitter)</w:t>
            </w:r>
          </w:p>
        </w:tc>
        <w:tc>
          <w:tcPr>
            <w:tcW w:w="1684" w:type="dxa"/>
            <w:vAlign w:val="center"/>
          </w:tcPr>
          <w:p w14:paraId="069539B2" w14:textId="53C763A7" w:rsidR="008169D1" w:rsidRDefault="00424271">
            <w:r>
              <w:t>1 pack</w:t>
            </w:r>
          </w:p>
        </w:tc>
        <w:tc>
          <w:tcPr>
            <w:tcW w:w="1457" w:type="dxa"/>
            <w:vAlign w:val="center"/>
          </w:tcPr>
          <w:p w14:paraId="25D302A2" w14:textId="77777777" w:rsidR="008169D1" w:rsidRDefault="008169D1"/>
        </w:tc>
      </w:tr>
      <w:tr w:rsidR="008169D1" w14:paraId="0D1D4951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73178F25" w14:textId="1DF4A956" w:rsidR="008169D1" w:rsidRDefault="00CA390A">
            <w:r>
              <w:lastRenderedPageBreak/>
              <w:t>Canson sheet</w:t>
            </w:r>
            <w:r w:rsidR="00BB1519">
              <w:t xml:space="preserve"> big size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9DB6338" w14:textId="21373FF5" w:rsidR="008169D1" w:rsidRDefault="00BB1519">
            <w:r>
              <w:t xml:space="preserve"> 1 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207A4106" w14:textId="081C856B" w:rsidR="008169D1" w:rsidRDefault="000F42C2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9371F54" wp14:editId="6FADE750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-2323465</wp:posOffset>
                  </wp:positionV>
                  <wp:extent cx="1808480" cy="2308860"/>
                  <wp:effectExtent l="0" t="0" r="1270" b="0"/>
                  <wp:wrapTopAndBottom/>
                  <wp:docPr id="20669547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95473" name="Picture 2066954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230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719D00BB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37925C80" w14:textId="7AC39F5A" w:rsidR="008169D1" w:rsidRDefault="00594E98">
            <w:r>
              <w:t>Foam glitter big size</w:t>
            </w:r>
          </w:p>
        </w:tc>
        <w:tc>
          <w:tcPr>
            <w:tcW w:w="1684" w:type="dxa"/>
            <w:vAlign w:val="center"/>
          </w:tcPr>
          <w:p w14:paraId="04F37D8F" w14:textId="1DC4EC36" w:rsidR="008169D1" w:rsidRDefault="00F82DB9">
            <w:r>
              <w:t>2 different colors</w:t>
            </w:r>
          </w:p>
        </w:tc>
        <w:tc>
          <w:tcPr>
            <w:tcW w:w="1457" w:type="dxa"/>
            <w:vAlign w:val="center"/>
          </w:tcPr>
          <w:p w14:paraId="0C248F60" w14:textId="2E49466D" w:rsidR="008169D1" w:rsidRDefault="007B6B28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C1F91F9" wp14:editId="328DAB2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287020</wp:posOffset>
                  </wp:positionV>
                  <wp:extent cx="1524000" cy="1524000"/>
                  <wp:effectExtent l="0" t="0" r="0" b="0"/>
                  <wp:wrapTopAndBottom/>
                  <wp:docPr id="37118187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181873" name="Picture 3711818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4C91D1A1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2F32023E" w14:textId="2482171F" w:rsidR="008169D1" w:rsidRDefault="00C9213F">
            <w:r>
              <w:t>White sketch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2C8CC530" w14:textId="2F690EF1" w:rsidR="008169D1" w:rsidRDefault="00C9213F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2F7592E9" w14:textId="6C6F0871" w:rsidR="008169D1" w:rsidRDefault="00A366AA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5265B42" wp14:editId="77678A2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-2195830</wp:posOffset>
                  </wp:positionV>
                  <wp:extent cx="1419860" cy="1430655"/>
                  <wp:effectExtent l="0" t="0" r="8890" b="0"/>
                  <wp:wrapTopAndBottom/>
                  <wp:docPr id="4378782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878243" name="Picture 43787824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60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11551B6F" w14:textId="77777777" w:rsidTr="003F0864">
        <w:trPr>
          <w:trHeight w:val="648"/>
          <w:jc w:val="center"/>
        </w:trPr>
        <w:tc>
          <w:tcPr>
            <w:tcW w:w="1775" w:type="dxa"/>
            <w:vAlign w:val="center"/>
          </w:tcPr>
          <w:p w14:paraId="1123F74A" w14:textId="17FC3702" w:rsidR="008169D1" w:rsidRDefault="00592F8E">
            <w:r>
              <w:t xml:space="preserve">Colored </w:t>
            </w:r>
            <w:r w:rsidR="008169EE">
              <w:t>sketch</w:t>
            </w:r>
            <w:r>
              <w:t xml:space="preserve"> </w:t>
            </w:r>
          </w:p>
        </w:tc>
        <w:tc>
          <w:tcPr>
            <w:tcW w:w="1684" w:type="dxa"/>
            <w:vAlign w:val="center"/>
          </w:tcPr>
          <w:p w14:paraId="2BD297A5" w14:textId="79A23B27" w:rsidR="008169D1" w:rsidRDefault="00592F8E">
            <w:r>
              <w:t>3</w:t>
            </w:r>
          </w:p>
        </w:tc>
        <w:tc>
          <w:tcPr>
            <w:tcW w:w="1457" w:type="dxa"/>
            <w:vAlign w:val="center"/>
          </w:tcPr>
          <w:p w14:paraId="49104C8A" w14:textId="0F5D1507" w:rsidR="008169D1" w:rsidRDefault="00E872D8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2A078FC" wp14:editId="496ECB5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-661670</wp:posOffset>
                  </wp:positionV>
                  <wp:extent cx="1214120" cy="1719580"/>
                  <wp:effectExtent l="0" t="0" r="5080" b="0"/>
                  <wp:wrapTopAndBottom/>
                  <wp:docPr id="10950589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058925" name="Picture 109505892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9D1" w14:paraId="684FF3EA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090A27E0" w14:textId="280F8F82" w:rsidR="008169D1" w:rsidRDefault="0050611A">
            <w:r>
              <w:lastRenderedPageBreak/>
              <w:t>Safe scissors (metal and good quality)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5A878D7" w14:textId="1C90E3EB" w:rsidR="008169D1" w:rsidRDefault="00E706D7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B30C05A" w14:textId="7D845F85" w:rsidR="008169D1" w:rsidRDefault="00FA54B2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22DD7FD" wp14:editId="638E744D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-2451100</wp:posOffset>
                  </wp:positionV>
                  <wp:extent cx="1212215" cy="1604010"/>
                  <wp:effectExtent l="0" t="0" r="6985" b="0"/>
                  <wp:wrapTopAndBottom/>
                  <wp:docPr id="1360592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5928" name="Picture 1360592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160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543" w14:paraId="54B947C0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3B39B4D4" w14:textId="2295B3E2" w:rsidR="00054543" w:rsidRDefault="00583F65">
            <w:r>
              <w:t>A4 white papers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2FDB0DDF" w14:textId="06FC64A4" w:rsidR="00054543" w:rsidRDefault="00583F65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1AFEA39" w14:textId="77777777" w:rsidR="00054543" w:rsidRDefault="00054543"/>
        </w:tc>
      </w:tr>
      <w:tr w:rsidR="00054543" w14:paraId="064267DA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35AA92C6" w14:textId="65CD246D" w:rsidR="00054543" w:rsidRDefault="007F3DE3">
            <w:r>
              <w:t>A4 colored papers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BCD7850" w14:textId="799FD142" w:rsidR="00054543" w:rsidRDefault="007F3DE3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448D92B8" w14:textId="77777777" w:rsidR="00054543" w:rsidRDefault="00054543"/>
        </w:tc>
      </w:tr>
      <w:tr w:rsidR="00054543" w14:paraId="30642BFD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6F510981" w14:textId="0D94E765" w:rsidR="00054543" w:rsidRDefault="00C32A08">
            <w:r>
              <w:t>Pipe cleaners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12E6998B" w14:textId="535C3F4D" w:rsidR="00054543" w:rsidRDefault="00C32A08">
            <w:r>
              <w:t>2 packs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39D30C1" w14:textId="77777777" w:rsidR="00054543" w:rsidRDefault="00054543"/>
        </w:tc>
      </w:tr>
      <w:tr w:rsidR="00054543" w14:paraId="4DAA0FA6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1AC9A2D4" w14:textId="66583103" w:rsidR="00054543" w:rsidRDefault="00332AE4">
            <w:r>
              <w:t xml:space="preserve">White foam round plates 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44785557" w14:textId="396D409B" w:rsidR="00054543" w:rsidRDefault="00332AE4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576EB888" w14:textId="7411593F" w:rsidR="00054543" w:rsidRDefault="00D75F1F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4D0DE21" wp14:editId="2F41E50B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173990</wp:posOffset>
                  </wp:positionV>
                  <wp:extent cx="1938020" cy="1938020"/>
                  <wp:effectExtent l="0" t="0" r="5080" b="5080"/>
                  <wp:wrapTopAndBottom/>
                  <wp:docPr id="16052502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25023" name="Picture 1605250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543" w14:paraId="46AA3028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2723FC6C" w14:textId="537C5C6C" w:rsidR="00054543" w:rsidRDefault="007C060A">
            <w:r>
              <w:t>White foam cups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2A977EE5" w14:textId="214BF9E2" w:rsidR="00054543" w:rsidRDefault="007C060A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10EBF1DC" w14:textId="20F42781" w:rsidR="00054543" w:rsidRDefault="008C723A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19C337D" wp14:editId="4419392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178435</wp:posOffset>
                  </wp:positionV>
                  <wp:extent cx="993775" cy="993775"/>
                  <wp:effectExtent l="0" t="0" r="0" b="0"/>
                  <wp:wrapTopAndBottom/>
                  <wp:docPr id="172540274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402742" name="Picture 172540274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543" w14:paraId="7591FA3B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44A0D962" w14:textId="1A82E8B9" w:rsidR="00054543" w:rsidRDefault="007B285C">
            <w:r>
              <w:t>Plastic forks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9C053B9" w14:textId="09E26D3D" w:rsidR="00054543" w:rsidRDefault="007B285C">
            <w:r>
              <w:t>10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1258D938" w14:textId="77777777" w:rsidR="00054543" w:rsidRDefault="00054543"/>
        </w:tc>
      </w:tr>
      <w:tr w:rsidR="00054543" w14:paraId="5CFA6C24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16BF04F5" w14:textId="65599FDD" w:rsidR="00054543" w:rsidRDefault="007B285C">
            <w:r>
              <w:t>Plastic spoons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392DEDC4" w14:textId="31F88B60" w:rsidR="00054543" w:rsidRDefault="007B285C">
            <w:r>
              <w:t>10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2074BF9" w14:textId="77777777" w:rsidR="00054543" w:rsidRDefault="00054543"/>
        </w:tc>
      </w:tr>
      <w:tr w:rsidR="007B285C" w14:paraId="04106244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5959E4BD" w14:textId="543239EC" w:rsidR="007B285C" w:rsidRPr="00360065" w:rsidRDefault="007B285C">
            <w:pPr>
              <w:rPr>
                <w:i/>
                <w:iCs/>
              </w:rPr>
            </w:pPr>
            <w:r>
              <w:t>Satin</w:t>
            </w:r>
            <w:r w:rsidR="00360065">
              <w:t xml:space="preserve"> ribbon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68A8FBC7" w14:textId="25E4F39E" w:rsidR="007B285C" w:rsidRDefault="00360065">
            <w:r>
              <w:t>1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35CFE852" w14:textId="77777777" w:rsidR="007B285C" w:rsidRDefault="007B285C"/>
        </w:tc>
      </w:tr>
      <w:tr w:rsidR="003F0864" w14:paraId="6F1FE149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7FEA6CC2" w14:textId="071296F0" w:rsidR="003F0864" w:rsidRDefault="003F0864">
            <w:r>
              <w:lastRenderedPageBreak/>
              <w:t>Yarn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5F5B38CC" w14:textId="7187FE0E" w:rsidR="003F0864" w:rsidRDefault="003F0864">
            <w:r>
              <w:t>1 yellow and</w:t>
            </w:r>
            <w:r w:rsidR="009961E3">
              <w:rPr>
                <w:rFonts w:hint="cs"/>
              </w:rPr>
              <w:t xml:space="preserve"> 1</w:t>
            </w:r>
            <w:r>
              <w:t xml:space="preserve"> any other color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499EE0B8" w14:textId="7928F916" w:rsidR="003F0864" w:rsidRDefault="000F4185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3E8CBFC" wp14:editId="2C09A85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127000</wp:posOffset>
                  </wp:positionV>
                  <wp:extent cx="1966595" cy="1966595"/>
                  <wp:effectExtent l="0" t="0" r="0" b="0"/>
                  <wp:wrapTopAndBottom/>
                  <wp:docPr id="17618429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84299" name="Picture 17618429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9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B285C" w14:paraId="3358413A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2D20CB04" w14:textId="49CE1D55" w:rsidR="007B285C" w:rsidRDefault="002E536F">
            <w:r>
              <w:t xml:space="preserve">Wooden </w:t>
            </w:r>
            <w:r w:rsidR="00360065">
              <w:t>Tongue</w:t>
            </w:r>
            <w:r>
              <w:t xml:space="preserve"> depressor 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5E1929C0" w14:textId="6327073E" w:rsidR="007B285C" w:rsidRDefault="002E536F">
            <w:r>
              <w:t>1 pack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066387AA" w14:textId="77777777" w:rsidR="007B285C" w:rsidRDefault="007B285C"/>
        </w:tc>
      </w:tr>
      <w:tr w:rsidR="007B285C" w14:paraId="2129A6DD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6ADF4FF6" w14:textId="7F75966C" w:rsidR="007B285C" w:rsidRDefault="0052326E">
            <w:r>
              <w:t>Alcohol 70 %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140B7167" w14:textId="7F4AB562" w:rsidR="007B285C" w:rsidRDefault="0052326E">
            <w:r>
              <w:t>2 bottles 100</w:t>
            </w:r>
            <w:r w:rsidR="0054450A">
              <w:t>ml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160A3897" w14:textId="6CE480F3" w:rsidR="007B285C" w:rsidRDefault="007B285C"/>
        </w:tc>
      </w:tr>
      <w:tr w:rsidR="007B285C" w14:paraId="51DD8C32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40F2C93B" w14:textId="5889FD34" w:rsidR="007B285C" w:rsidRDefault="000C054F">
            <w:r>
              <w:t>Tissues (550)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3D1EB766" w14:textId="0E393797" w:rsidR="007B285C" w:rsidRDefault="000C054F">
            <w:r>
              <w:t>4 packs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5E6E8B29" w14:textId="77777777" w:rsidR="007B285C" w:rsidRDefault="007B285C"/>
        </w:tc>
      </w:tr>
      <w:tr w:rsidR="000C054F" w14:paraId="3E9764D4" w14:textId="77777777" w:rsidTr="003F0864">
        <w:trPr>
          <w:trHeight w:val="648"/>
          <w:jc w:val="center"/>
        </w:trPr>
        <w:tc>
          <w:tcPr>
            <w:tcW w:w="1775" w:type="dxa"/>
            <w:shd w:val="clear" w:color="auto" w:fill="EAF8FF"/>
            <w:vAlign w:val="center"/>
          </w:tcPr>
          <w:p w14:paraId="134921B4" w14:textId="0482B919" w:rsidR="000C054F" w:rsidRDefault="000C054F">
            <w:r>
              <w:t xml:space="preserve">Wipes </w:t>
            </w:r>
            <w:r w:rsidR="008C4A70">
              <w:t>(80)</w:t>
            </w:r>
          </w:p>
        </w:tc>
        <w:tc>
          <w:tcPr>
            <w:tcW w:w="1684" w:type="dxa"/>
            <w:shd w:val="clear" w:color="auto" w:fill="EAF8FF"/>
            <w:vAlign w:val="center"/>
          </w:tcPr>
          <w:p w14:paraId="779E9FD3" w14:textId="0F2DA58E" w:rsidR="000C054F" w:rsidRDefault="000C054F">
            <w:r>
              <w:t xml:space="preserve">4 packs </w:t>
            </w:r>
          </w:p>
        </w:tc>
        <w:tc>
          <w:tcPr>
            <w:tcW w:w="1457" w:type="dxa"/>
            <w:shd w:val="clear" w:color="auto" w:fill="EAF8FF"/>
            <w:vAlign w:val="center"/>
          </w:tcPr>
          <w:p w14:paraId="1B664CA7" w14:textId="77777777" w:rsidR="000C054F" w:rsidRDefault="000C054F"/>
        </w:tc>
      </w:tr>
    </w:tbl>
    <w:p w14:paraId="5E4D5330" w14:textId="77777777" w:rsidR="00D45869" w:rsidRDefault="00D45869"/>
    <w:sectPr w:rsidR="00D45869" w:rsidSect="00034616">
      <w:pgSz w:w="12240" w:h="15840"/>
      <w:pgMar w:top="1440" w:right="576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7308121">
    <w:abstractNumId w:val="8"/>
  </w:num>
  <w:num w:numId="2" w16cid:durableId="1036079268">
    <w:abstractNumId w:val="6"/>
  </w:num>
  <w:num w:numId="3" w16cid:durableId="1070887660">
    <w:abstractNumId w:val="5"/>
  </w:num>
  <w:num w:numId="4" w16cid:durableId="291444155">
    <w:abstractNumId w:val="4"/>
  </w:num>
  <w:num w:numId="5" w16cid:durableId="609974781">
    <w:abstractNumId w:val="7"/>
  </w:num>
  <w:num w:numId="6" w16cid:durableId="286549786">
    <w:abstractNumId w:val="3"/>
  </w:num>
  <w:num w:numId="7" w16cid:durableId="1908298210">
    <w:abstractNumId w:val="2"/>
  </w:num>
  <w:num w:numId="8" w16cid:durableId="92017275">
    <w:abstractNumId w:val="1"/>
  </w:num>
  <w:num w:numId="9" w16cid:durableId="10631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1E3"/>
    <w:rsid w:val="00030047"/>
    <w:rsid w:val="00034616"/>
    <w:rsid w:val="00054543"/>
    <w:rsid w:val="0006063C"/>
    <w:rsid w:val="00080783"/>
    <w:rsid w:val="000A459D"/>
    <w:rsid w:val="000C054F"/>
    <w:rsid w:val="000F4185"/>
    <w:rsid w:val="000F42C2"/>
    <w:rsid w:val="001404E4"/>
    <w:rsid w:val="0015074B"/>
    <w:rsid w:val="00166A1F"/>
    <w:rsid w:val="0019690E"/>
    <w:rsid w:val="001A32B3"/>
    <w:rsid w:val="001B57B1"/>
    <w:rsid w:val="0020436D"/>
    <w:rsid w:val="00215482"/>
    <w:rsid w:val="00266EA8"/>
    <w:rsid w:val="0029639D"/>
    <w:rsid w:val="002C3B8A"/>
    <w:rsid w:val="002C742C"/>
    <w:rsid w:val="002D0242"/>
    <w:rsid w:val="002E536F"/>
    <w:rsid w:val="00324F53"/>
    <w:rsid w:val="00326F90"/>
    <w:rsid w:val="00332AE4"/>
    <w:rsid w:val="00351E11"/>
    <w:rsid w:val="00360065"/>
    <w:rsid w:val="003A13F3"/>
    <w:rsid w:val="003C2BC7"/>
    <w:rsid w:val="003D2645"/>
    <w:rsid w:val="003E336A"/>
    <w:rsid w:val="003F0864"/>
    <w:rsid w:val="00420599"/>
    <w:rsid w:val="00424271"/>
    <w:rsid w:val="00444A92"/>
    <w:rsid w:val="0048680A"/>
    <w:rsid w:val="004D7DBC"/>
    <w:rsid w:val="0050611A"/>
    <w:rsid w:val="0052326E"/>
    <w:rsid w:val="0054450A"/>
    <w:rsid w:val="00572F08"/>
    <w:rsid w:val="00583F65"/>
    <w:rsid w:val="00592F8E"/>
    <w:rsid w:val="005932D1"/>
    <w:rsid w:val="00594E98"/>
    <w:rsid w:val="005C659E"/>
    <w:rsid w:val="00620B9F"/>
    <w:rsid w:val="00620D10"/>
    <w:rsid w:val="00655E16"/>
    <w:rsid w:val="00682F29"/>
    <w:rsid w:val="007334D2"/>
    <w:rsid w:val="00735760"/>
    <w:rsid w:val="00741F04"/>
    <w:rsid w:val="00744679"/>
    <w:rsid w:val="007B285C"/>
    <w:rsid w:val="007B6B28"/>
    <w:rsid w:val="007C060A"/>
    <w:rsid w:val="007D750A"/>
    <w:rsid w:val="007F3DE3"/>
    <w:rsid w:val="008169D1"/>
    <w:rsid w:val="008169EE"/>
    <w:rsid w:val="008A2B1F"/>
    <w:rsid w:val="008C4A70"/>
    <w:rsid w:val="008C723A"/>
    <w:rsid w:val="008F4021"/>
    <w:rsid w:val="00902A17"/>
    <w:rsid w:val="009961E3"/>
    <w:rsid w:val="00A27B25"/>
    <w:rsid w:val="00A366AA"/>
    <w:rsid w:val="00AA1D8D"/>
    <w:rsid w:val="00B1617A"/>
    <w:rsid w:val="00B470A9"/>
    <w:rsid w:val="00B47730"/>
    <w:rsid w:val="00B645DC"/>
    <w:rsid w:val="00B661E7"/>
    <w:rsid w:val="00BB1519"/>
    <w:rsid w:val="00BD3D3B"/>
    <w:rsid w:val="00BE309E"/>
    <w:rsid w:val="00C219ED"/>
    <w:rsid w:val="00C32A08"/>
    <w:rsid w:val="00C9213F"/>
    <w:rsid w:val="00CA390A"/>
    <w:rsid w:val="00CA458B"/>
    <w:rsid w:val="00CB0664"/>
    <w:rsid w:val="00CB7074"/>
    <w:rsid w:val="00CD7263"/>
    <w:rsid w:val="00CF1299"/>
    <w:rsid w:val="00D038AC"/>
    <w:rsid w:val="00D45869"/>
    <w:rsid w:val="00D554CC"/>
    <w:rsid w:val="00D75F1F"/>
    <w:rsid w:val="00DE3AE5"/>
    <w:rsid w:val="00E106DB"/>
    <w:rsid w:val="00E209F5"/>
    <w:rsid w:val="00E706D7"/>
    <w:rsid w:val="00E872D8"/>
    <w:rsid w:val="00F42EC6"/>
    <w:rsid w:val="00F6488C"/>
    <w:rsid w:val="00F70F80"/>
    <w:rsid w:val="00F82DB9"/>
    <w:rsid w:val="00FA54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EAF23"/>
  <w14:defaultImageDpi w14:val="300"/>
  <w15:docId w15:val="{2DFDCA8D-5C04-1C46-B6DF-FD11C242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image" Target="media/image13.jpeg" /><Relationship Id="rId3" Type="http://schemas.openxmlformats.org/officeDocument/2006/relationships/styles" Target="styles.xml" /><Relationship Id="rId21" Type="http://schemas.openxmlformats.org/officeDocument/2006/relationships/image" Target="media/image16.jpeg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" Type="http://schemas.openxmlformats.org/officeDocument/2006/relationships/numbering" Target="numbering.xml" /><Relationship Id="rId16" Type="http://schemas.openxmlformats.org/officeDocument/2006/relationships/image" Target="media/image11.jpeg" /><Relationship Id="rId20" Type="http://schemas.openxmlformats.org/officeDocument/2006/relationships/image" Target="media/image15.jpeg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5" Type="http://schemas.openxmlformats.org/officeDocument/2006/relationships/image" Target="media/image10.jpeg" /><Relationship Id="rId23" Type="http://schemas.openxmlformats.org/officeDocument/2006/relationships/theme" Target="theme/theme1.xml" /><Relationship Id="rId10" Type="http://schemas.openxmlformats.org/officeDocument/2006/relationships/image" Target="media/image5.jpeg" /><Relationship Id="rId19" Type="http://schemas.openxmlformats.org/officeDocument/2006/relationships/image" Target="media/image14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kholoud mohamed</cp:lastModifiedBy>
  <cp:revision>2</cp:revision>
  <dcterms:created xsi:type="dcterms:W3CDTF">2026-07-28T17:02:00Z</dcterms:created>
  <dcterms:modified xsi:type="dcterms:W3CDTF">2026-07-28T17:02:00Z</dcterms:modified>
  <cp:category/>
</cp:coreProperties>
</file>